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FF" w:rsidRPr="005C53A3" w:rsidRDefault="00C33E5A" w:rsidP="00C33E5A">
      <w:pPr>
        <w:spacing w:after="120"/>
        <w:jc w:val="right"/>
        <w:rPr>
          <w:lang w:val="ru-RU"/>
        </w:rPr>
      </w:pPr>
      <w:bookmarkStart w:id="0" w:name="_GoBack"/>
      <w:r>
        <w:rPr>
          <w:b/>
          <w:noProof/>
          <w:lang w:val="ru-RU" w:eastAsia="ru-RU"/>
        </w:rPr>
        <w:drawing>
          <wp:inline distT="0" distB="0" distL="0" distR="0">
            <wp:extent cx="3190875" cy="2619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A37FF" w:rsidRPr="005C53A3" w:rsidRDefault="004517B5">
      <w:pPr>
        <w:spacing w:after="0"/>
        <w:rPr>
          <w:lang w:val="ru-RU"/>
        </w:rPr>
      </w:pPr>
      <w:r w:rsidRPr="005C53A3">
        <w:rPr>
          <w:b/>
          <w:lang w:val="ru-RU"/>
        </w:rPr>
        <w:t>План проверок членов саморегулируемой организации</w:t>
      </w:r>
    </w:p>
    <w:p w:rsidR="00EA37FF" w:rsidRDefault="004517B5">
      <w:pPr>
        <w:spacing w:after="0"/>
        <w:rPr>
          <w:b/>
          <w:lang w:val="ru-RU"/>
        </w:rPr>
      </w:pPr>
      <w:r w:rsidRPr="005C53A3">
        <w:rPr>
          <w:b/>
          <w:lang w:val="ru-RU"/>
        </w:rPr>
        <w:t>Ассоциации «Объединение генеральных подрядчиков в строительстве» на ноябрь 2026 года.</w:t>
      </w:r>
    </w:p>
    <w:p w:rsidR="005C53A3" w:rsidRPr="005C53A3" w:rsidRDefault="005C53A3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СтройПроектМонтаж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9724048878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115230, г. Москва, вн.тер.г. муниципальный округ Нагатино-Садовники, ш. Каширское, дом 5, к.1, помещ.7П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ЭСК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9726056088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117587, г. Москва, вн.тер.г. муниципальный округ Чертаново Северное, Варшавское шоссе, д.125 стр.1, помещ.1/1Б/1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Гентес Йапы Ве Эндюстри Тесислери Тиджарет Лимитед Ширкети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9909009166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Турецкая Республика, Стамбул, Йешилкёй, Бакыркёй, Стамбульский всемирный торговый центр, корп.А1, эт.6, №246-247-248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Баррус.Проектная логистика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7714331152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107497, г. Москва, ул. Монтажная, дом 9, стр.1, этаж 3, пом.</w:t>
            </w:r>
            <w:r>
              <w:t>IV</w:t>
            </w:r>
            <w:r w:rsidRPr="005C53A3">
              <w:rPr>
                <w:lang w:val="ru-RU"/>
              </w:rPr>
              <w:t xml:space="preserve"> К13, офис 88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Бовис Менеджмент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9701201086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105094, г. Москва, вн.тер.г. муниципальный округ Басманный, Семеновская наб., дом 2/1, стр.1, этаж 1, пом.7, комн.1 (РМУ 2)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Бовис Премиум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9701286266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101000, г. Москва, ул. Мясницкая, дом 42, стр.3, помещ.3/2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АпексСтрой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9200007592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106064, г. Москва, вн.тер.г. муниципальный округ Басманный, Нижний Сусальный переулок, д.5, стр.5 А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Ханбалаев Х. Н.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772378860056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121087, г. Москва, ул. Новозаводская, дом 8, кв.39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Монтаж Контакт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7709536348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105066, г. Москва, вн.тер.г. муниципальный округ Басманный, ул. </w:t>
            </w:r>
            <w:r>
              <w:t>Спартаковская, дом 21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РСК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7710665683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105484, г. Москва, ул. 16-я Парковая, дом 30, стр.3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ИНСТ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7720643093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105118, г. Москва, вн.тер.г. муниципальный округ Перово, ш. Энтузиастов, дом 34, офис 14/1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КАМН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7724941968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115522, г. Москва, ул. Москворечье, дом 9, корп.1, кв.47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Уютный дом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9721018201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109431, г. Москва, вн.тер.г. муниципальный округ Выхино-Жулебино, ул. </w:t>
            </w:r>
            <w:r>
              <w:t>Привольная, дом 70, корп.1, помещ.1/2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НОВАЦИЯ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9721107941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109202, г. Москва, вн.тер.г. муниципальный округ Нижегородский, ул. 2-я Карачаровская, дом 1, стр.1, помещ.1Р/2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ГРАЛФЕ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7733410843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123098, г. Москва, вн.тер.г. муниципальный округ Щукино, ул. </w:t>
            </w:r>
            <w:r>
              <w:t>Маршала Новикова, д.15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Монострой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3329011322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117452, г. Москва, Черноморский б-р, дом 17, корп.1, эт.2, пом.</w:t>
            </w:r>
            <w:r>
              <w:t>II</w:t>
            </w:r>
            <w:r w:rsidRPr="005C53A3">
              <w:rPr>
                <w:lang w:val="ru-RU"/>
              </w:rPr>
              <w:t>, комн.5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ЭлСи Интеграция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5902237511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117630, г. Москва, вн.тер.г. муниципальный округ Обручевский, Старокалужское шоссе, дом 65, пом.1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СК Регион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7730699264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105082, г. Москва, ул. Новая Переведеновская, дом 8, стр.1, комн.4-9, 4-10, 4-13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СОДИС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7731513314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111398, г. Москва, вн.тер.г. муниципальный округ Перово, ул. Лазо, дом 4, к.1, эт.1, пом.</w:t>
            </w:r>
            <w:r>
              <w:t>II</w:t>
            </w:r>
          </w:p>
        </w:tc>
      </w:tr>
      <w:tr w:rsidR="00EA37FF" w:rsidRPr="0013157D" w:rsidTr="005C53A3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5C53A3" w:rsidP="005C53A3">
            <w:pPr>
              <w:spacing w:after="0" w:line="240" w:lineRule="auto"/>
              <w:rPr>
                <w:lang w:val="ru-RU"/>
              </w:rPr>
            </w:pPr>
            <w:r>
              <w:t>СОЦИУМ-МС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7733284081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115304, г. Москва, ул. Каспийская, дом 22, корп.1, стр.5, эт.5, пом.</w:t>
            </w:r>
            <w:r w:rsidRPr="005C53A3">
              <w:t>IX</w:t>
            </w:r>
            <w:r w:rsidRPr="005C53A3">
              <w:rPr>
                <w:lang w:val="ru-RU"/>
              </w:rPr>
              <w:t>, к.17а, офис 118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РСК-2000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7733584529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125480, г. Москва, вн.тер.г. муниципальный округ Северное Тушино, ул. </w:t>
            </w:r>
            <w:r>
              <w:t>Вилиса Лациса, д.27, пом.3/1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ИК НИИ КВОВ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7733759144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108834, г. Москва, вн.тер.г. муниципальный округ Коммунарка, Скандинавский б-р, дом 19, пом.9Н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СПС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7733826880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109316, г. Москва, Волгоградский просп., дом 45А, этаж 2, ант 1, пом.1, комн.25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ВЕНТЕЛ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7734412890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123098, г. Москва, ул. Рогова, дом 12, корп.2, кв.176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СК Лстрой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7734608966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108823, г. Москва, р-н Щербинка, п. Знамя Октября, мкр. </w:t>
            </w:r>
            <w:r>
              <w:t>Родники, дом 1, кв.175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СК Мегаполис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7734705110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115088, г. Москва, 1-я ул. Машиностроения, дом 10, пом.1, комн.1-6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АСК Мегаполис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7723489065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115088, г. Москва, 1-я ул. Машиностроения, д.10, пом.</w:t>
            </w:r>
            <w:r>
              <w:t>XII</w:t>
            </w:r>
            <w:r w:rsidRPr="005C53A3">
              <w:rPr>
                <w:lang w:val="ru-RU"/>
              </w:rPr>
              <w:t>, комн.1-5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Луч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7727771930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117186, г. Москва, вн.тер.г. муниципальный округ Котловка, ул. </w:t>
            </w:r>
            <w:r>
              <w:t>Нагорная, дом 20, к.1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СК Альфа-Групп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5024195157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107076, г. Москва, вн.тер.г. муниципальный округ Сокольники, пер. </w:t>
            </w:r>
            <w:r>
              <w:t>Колодезный, дом 2А, стр.1, пом.40Н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СК Интеграл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7704442745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115035, г. Москва, ул. Ордынка Б., дом 19, стр.1, эт.1, п.</w:t>
            </w:r>
            <w:r>
              <w:t>III</w:t>
            </w:r>
            <w:r w:rsidRPr="005C53A3">
              <w:rPr>
                <w:lang w:val="ru-RU"/>
              </w:rPr>
              <w:t>, комн.1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Любко Д.А.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772981715727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117513, г. Москва, ул. Академика Бакулева, дом 10, кв.544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СпортИнвест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7704820789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121069, г. Москва, вн.тер.г. муниципальный округ Арбат, ул. </w:t>
            </w:r>
            <w:r>
              <w:t>Поварская, дом 31/29, пом.5Н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СВСМ-Эксперт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7734690791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123103, г. Москва, просп. Маршала Жукова, дом 78, корп. </w:t>
            </w:r>
            <w:r>
              <w:t>4, этаж 4, пом.1, комн.23, 24, офис 405, 407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АСК 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7705851356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123103, г. Москва, пр-кт Маршала Жукова, дом 78, к.4, этаж 4, пом.1, комн.24, офис 407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УБР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7721803590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129090, г. Москва, вн.тер.г. муниципальный округ Красносельский, ул. </w:t>
            </w:r>
            <w:r>
              <w:t>Каланчевская, дом 16, стр.1, пом.21/1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Гласс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5036104884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115230, г. Москва, ул. Электролиный проезд, дом 1, корп.3, этаж 3, пом.Х, комн.1, офис 15</w:t>
            </w:r>
          </w:p>
        </w:tc>
      </w:tr>
      <w:tr w:rsidR="00EA37FF" w:rsidTr="005C53A3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5C53A3" w:rsidP="005C53A3">
            <w:pPr>
              <w:spacing w:after="0" w:line="240" w:lineRule="auto"/>
              <w:rPr>
                <w:lang w:val="ru-RU"/>
              </w:rPr>
            </w:pPr>
            <w:r>
              <w:t xml:space="preserve">Строй-Универсал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7701938990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117420, г. Москва, вн.тер.г. муниципальный круг Черемушки, ул. </w:t>
            </w:r>
            <w:r w:rsidRPr="005C53A3">
              <w:t>Профсоюзная, дом 57, пом.1/3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ДАВО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7751096965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119017, г. Москва, вн.тер.г. муниципальный округ Замосковоречье, ул. </w:t>
            </w:r>
            <w:r>
              <w:t>Пятницкая, дом 37, пом.1/1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Строй Град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7743208266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125080, г. Москва, Волоколамское шоссе, дом 1, стр.1, этаж 8, пом.</w:t>
            </w:r>
            <w:r>
              <w:t>IX</w:t>
            </w:r>
            <w:r w:rsidRPr="005C53A3">
              <w:rPr>
                <w:lang w:val="ru-RU"/>
              </w:rPr>
              <w:t>, комн.52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Стройальянс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7728420613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119421, г. Москва, вн.тер.г. муниципальный округ Обручевский, просп. </w:t>
            </w:r>
            <w:r>
              <w:t>Ленинский, дом 111, к.1, пом.24Н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БАШСТРОЙСЕРВИС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0273075679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121309, г. Москва, вн.тер.г. миниципальный округ Филёвский Парк, ул. </w:t>
            </w:r>
            <w:r>
              <w:t>Большая Филёвская, дом 25</w:t>
            </w:r>
          </w:p>
        </w:tc>
      </w:tr>
      <w:tr w:rsidR="00EA37FF" w:rsidTr="005C53A3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5C53A3" w:rsidP="005C53A3">
            <w:pPr>
              <w:spacing w:after="0" w:line="240" w:lineRule="auto"/>
              <w:rPr>
                <w:lang w:val="ru-RU"/>
              </w:rPr>
            </w:pPr>
            <w:r>
              <w:t>РАМ-СТРОЙ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t>1657191681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7FF" w:rsidRPr="005C53A3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119049, г. Москва, вн.тер.г. муниципальный округ Якиманка, ул. </w:t>
            </w:r>
            <w:r w:rsidRPr="005C53A3">
              <w:t>Мытная, д.28, стр.3, помещ.1/1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Стандарт 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2315170384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105118, г. Москва, вн.тер.г. муниципальный округ Перово, ш. Энтузиастов, дом 34, пом.4А/4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Центр Серна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5262035673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127282, г. Москва, Студеный проезд, дом 4, корп.1, пом.</w:t>
            </w:r>
            <w:r>
              <w:t>V</w:t>
            </w:r>
            <w:r w:rsidRPr="005C53A3">
              <w:rPr>
                <w:lang w:val="ru-RU"/>
              </w:rPr>
              <w:t>, комн.17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СоюзДонСтрой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6168018802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107031, г. Москва, ул. Кузнецкий Мост, дом 21/5, комн.129 А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Фирма Альтаир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0560021660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119602, г. Москва, ул. Никулинская, дом 6, корп.1, кв.58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СУ №112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3123179353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108801, г. Москва, р-н Коммунарка, поселок Коммунарка, ул. </w:t>
            </w:r>
            <w:r>
              <w:lastRenderedPageBreak/>
              <w:t>Фитаревская, дом 14, стр.1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ТД ПРОТОН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5503159540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121609, г. Москва, вн.тер.г. муниципальный округ Крылатское, ул. </w:t>
            </w:r>
            <w:r>
              <w:t>Осенняя, д.23, пом.114 А/1/9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Тесла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5505044898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121609, г. Москва, вн.тер.г. муниципальный округ Крылатское, ш. Рублевское, дом 36, корп.2, пом.8/1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ВТС-Метро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6316077025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119121, г. Москва, 1-й Тружеников переулок, дом 12, стр.3, пом.</w:t>
            </w:r>
            <w:r>
              <w:t>VI</w:t>
            </w:r>
            <w:r w:rsidRPr="005C53A3">
              <w:rPr>
                <w:lang w:val="ru-RU"/>
              </w:rPr>
              <w:t>, комн.2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СМК Прайм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6678061731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107078, г. Москва, вн.тер.г. муниципальный округ Красносельский, пер. </w:t>
            </w:r>
            <w:r>
              <w:t>Орликов, дом 8, помещ.5/1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Флинт Евразия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7704639170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119435, г. Москва, ул. Малая Пироговская, дом 18, стр.1, эт.1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СЗ УЭЗ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7704676937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123056, г. Москва, ул. Брестская 2-я, дом 29А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НПА Вира Реалтайм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7719202425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107589, г. Москва, вн.тер.г. муниципальный округ Гольяново, ул. Красноярская, дом 1, к.1, эт.2, пом.54А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Технолига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7719203210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109428, г. Москва, ул. Зарайская, дом 21, этаж 2, пом.307, офис 0403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НТЦ АВТОМАТИКА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7719265111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107023, г. Москва, ул. Б.Семеновская, дом 49, корп.1, этаж 2, пом.1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ЭнергоСтройКомплекс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7719452062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115142, г. Москва, вн.тер.г. муниципальный округ Нагатинский Затон, ул. </w:t>
            </w:r>
            <w:r>
              <w:t>Корабельная, дом 6А, пом.282, каб.2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7721745789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107023, г. Москва, ул. М.Семеновская, дом 3А, стр.1, пом.</w:t>
            </w:r>
            <w:r>
              <w:t>XXIII</w:t>
            </w:r>
            <w:r w:rsidRPr="005C53A3">
              <w:rPr>
                <w:lang w:val="ru-RU"/>
              </w:rPr>
              <w:t>, комн.9, эт.9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ГЕРМЕС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7722432732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111033, г. Москва, ул. Волочаевская, дом 12А, стр.1, пом.10-часть, этаж 2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СЕРВИССТРОЙИНДУСТРИЯ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7733186831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125222, г. Москва, вн.тер.г. муниципальный округ Митино, ул. </w:t>
            </w:r>
            <w:r>
              <w:t>Митинская, дом 27, пом.5/1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ПАРК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7733187313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119571, г. Москва, вн.тер.г. муниципальный округ Тропарёво-Никулино, пр-кт Вернадского, дом 92, пом.40А/6/2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ФГБУ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Канал имени Москвы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7733231361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125362, г. Москва, ул. Водников, дом 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КапиталДорИнвест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7733273690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125367, г. Москва, Полесский проезд, дом 16, стр.1, пом.</w:t>
            </w:r>
            <w:r>
              <w:t>I</w:t>
            </w:r>
            <w:r w:rsidRPr="005C53A3">
              <w:rPr>
                <w:lang w:val="ru-RU"/>
              </w:rPr>
              <w:t>, комн.12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Компания Вертикаль ЮГ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7733295510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125373, г. Москва, ул. Героев Панфиловцев, дом 29, корп.2, кв.200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ИК ГЕОС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7733507115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117105, г. Москва, вн.тер.г. муниципальный округ Нагатино-Садовники, Варшавское ш., дом 35, стр.1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ЕвроСтройИндустрия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7733634561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119634, г. Москва, ул. Скульптора Мухиной, дом 7, корп.2, кв.58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ТехноСтройИнвест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7733651260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127591, г. Москва, вн.тер.г. муниципальный округ Восточное Дегунино, ул. </w:t>
            </w:r>
            <w:r>
              <w:t>Дубнинская, дом 30а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КОДОС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7733747974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127238, г. Москва, вн.тер.г. муниципальный округ Тимирязевский, Дмитровское шоссе, дом 46, корп.2, эт.3, комн.24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Меркурий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7733818375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123100, г. Москва, вн.тер.г. муниципальный округ Пресненский, ул. </w:t>
            </w:r>
            <w:r>
              <w:t>Мантулинская, д. 9, к. 3, этаж/помещ. 2/2Н, ком./офис 2/2Б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СТРОЙОПТИМА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7733867799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109390, г. Москва, вн.тер.г. муниципальный округ Текстильщики, ул. </w:t>
            </w:r>
            <w:r>
              <w:t>Люблинская, дом 47, эт.1, пом.IX, к.1, офис 95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Гидроинжстрой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7734051587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123298, г. Москва, вн.тер.г. муниципальный округ Щукино, ул. Народного Ополчения, дом 38, к.1, пом.2/П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СМУ-95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7734104422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101000, г. Москва, вн.тер.г. муниципальный округ Басманный, пер. </w:t>
            </w:r>
            <w:r>
              <w:t>Большой Спасоглинищевский, дом 9/1, стр.14, пом.2/3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УС-200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7734182526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115230, г. Москва, вн.тер.г. муниципальный округ Нагатино-Садовники, проезд Хлебзаводский, дом 7, стр.9, помещ.6А/12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ЭнергоКомплект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7734362487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125310, г. Москва, Пятницкое шоссе, дом 54, корп.2, стр.6, пом.305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СТП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7734412498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123458, г. Москва, ул. Твардовского, дом 4, корп.4, кв.180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РУТЕК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7734436234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123458, г. Москва, вн.тер.г. муниципальный округ Строгино, ул. </w:t>
            </w:r>
            <w:r>
              <w:t>Маршала Прошлякова, дом 30, пом.15/7/3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ТЗ ФСК-Р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7734499467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123098, г. Москва, вн.тер.г. муниципальный округ Щукино, ул. </w:t>
            </w:r>
            <w:r>
              <w:t>Академика Бочвара, дом 15, пом.6/2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СоЭнерго+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7734570092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119619, г. Москва, 6-я улица Новые Сады, дом 2, цоколь, пом.</w:t>
            </w:r>
            <w:r>
              <w:t>I</w:t>
            </w:r>
            <w:r w:rsidRPr="005C53A3">
              <w:rPr>
                <w:lang w:val="ru-RU"/>
              </w:rPr>
              <w:t>, комн.1-3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Ивацевич Д.А.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773509496743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124498, г. Москва, г. Зеленоград, корп.449, кв.57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Химпром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7735143752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124498, г. Москва, вн.тер.г. муниципальный округ Матушкино, г. Зеленоград, корпус 423, квартира 22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ТрансГаз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7735177092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124482, г. Москва, г. Зеленоград, к.301а, пом.2, комн.1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ЭЛТОЧПРИБОР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7735501775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124460, г. Москва, г. Зеленоград, просп. </w:t>
            </w:r>
            <w:r>
              <w:t>Панфиловский, дом 10, этаж 3, комн.62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БМ-ЭЛЕКТРО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7735595773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124536, г. Москва, г. Зеленоград, ул. Юности, дом 8, пом.</w:t>
            </w:r>
            <w:r>
              <w:t>IX</w:t>
            </w:r>
            <w:r w:rsidRPr="005C53A3">
              <w:rPr>
                <w:lang w:val="ru-RU"/>
              </w:rPr>
              <w:t>, эт.7, комн.17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ДОЛМЕН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7736266972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117312, г. Москва, ул. Вавилова, дом 9а, стр.6, комн.310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21ВЕК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7736315958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119261, г. Москва, ул. Панфёрова, дом 4, кв.208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БК ПНГ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7736575096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115230, г. Москва, вн.тер.г. муниципальный округ Нагорный, пр-д Электролитный, дом 5Б, пом.39/9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фирма КРИСТИНА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7737035858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109052, г. Москва, ул. Подъёмная, дом 7, эт.1, пом.</w:t>
            </w:r>
            <w:r>
              <w:t>I</w:t>
            </w:r>
            <w:r w:rsidRPr="005C53A3">
              <w:rPr>
                <w:lang w:val="ru-RU"/>
              </w:rPr>
              <w:t>, комн.1</w:t>
            </w:r>
          </w:p>
        </w:tc>
      </w:tr>
      <w:tr w:rsidR="00EA37FF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Глобал Кэпитал Констракшн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9726018773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 w:rsidRPr="005C53A3">
              <w:rPr>
                <w:lang w:val="ru-RU"/>
              </w:rPr>
              <w:t xml:space="preserve">127006, г. Москва, вн.тер.г. муниципальный округ Тверской, ул. </w:t>
            </w:r>
            <w:r>
              <w:t>Краснопролетарская, дом 4, помещ.2/1</w:t>
            </w:r>
          </w:p>
        </w:tc>
      </w:tr>
      <w:tr w:rsidR="00EA37FF" w:rsidRPr="0013157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EA37FF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НПО М-Статус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Default="004517B5">
            <w:pPr>
              <w:spacing w:after="0" w:line="240" w:lineRule="auto"/>
            </w:pPr>
            <w:r>
              <w:t>9729340080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7FF" w:rsidRPr="005C53A3" w:rsidRDefault="004517B5">
            <w:pPr>
              <w:spacing w:after="0" w:line="240" w:lineRule="auto"/>
              <w:rPr>
                <w:lang w:val="ru-RU"/>
              </w:rPr>
            </w:pPr>
            <w:r w:rsidRPr="005C53A3">
              <w:rPr>
                <w:lang w:val="ru-RU"/>
              </w:rPr>
              <w:t>119285, г. Москва, вн.тер.г. муниципальный округ Раменки, км.МЖД Киевское 5-й, д.1, стр.1, пом. 30/1</w:t>
            </w:r>
          </w:p>
        </w:tc>
      </w:tr>
    </w:tbl>
    <w:p w:rsidR="004517B5" w:rsidRPr="005C53A3" w:rsidRDefault="004517B5">
      <w:pPr>
        <w:rPr>
          <w:lang w:val="ru-RU"/>
        </w:rPr>
      </w:pPr>
    </w:p>
    <w:sectPr w:rsidR="004517B5" w:rsidRPr="005C53A3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6AC52B4"/>
    <w:multiLevelType w:val="multilevel"/>
    <w:tmpl w:val="F006AE12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157D"/>
    <w:rsid w:val="0015074B"/>
    <w:rsid w:val="0029639D"/>
    <w:rsid w:val="00326F90"/>
    <w:rsid w:val="004517B5"/>
    <w:rsid w:val="005C53A3"/>
    <w:rsid w:val="00AA1D8D"/>
    <w:rsid w:val="00B47730"/>
    <w:rsid w:val="00C33E5A"/>
    <w:rsid w:val="00CB0664"/>
    <w:rsid w:val="00EA37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C33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C33E5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C33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C33E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A7B02F-5473-461B-AD26-9B1D0725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4</cp:revision>
  <dcterms:created xsi:type="dcterms:W3CDTF">2013-12-23T23:15:00Z</dcterms:created>
  <dcterms:modified xsi:type="dcterms:W3CDTF">2026-09-28T09:23:00Z</dcterms:modified>
  <cp:category/>
</cp:coreProperties>
</file>